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שיטת הבלש · חידון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🎯 מטרה: לבדוק הבנה: שורשים, גזרות, בניינים וכללים.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👥 מסלול: חנ״מ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המוסכמה בערכה: אות נחה או חסרה נרשמת כ־י/ו (פ״י/ו, ע״ו/י) או י/ה (ל״ה/י); בתשובות התלמידים יש לקבל גם ו׳ או י׳ לבד (למשל ק־ו־ם, ש־י־ר, ב־נ־ה), וגם נ־ג־ש / נ־פ־ל בפ״נ.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רצוי להפעיל את הדף אחרי הפעילות המקבילה באתר: 🏆 חידון (שיטת הבלש).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בגרסה זו: פחות פריטים, בנק מילים, אותיות גדולות. אפשר להקריא כל שאלה בקול.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אין צורך במגבלת זמן; מומלץ לעבוד חלק אחר חלק.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 – ב־נ־י/ה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ר־י/ו־ם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פ״י/ו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ע״ו/י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מעבירים ל„הוא אתמול”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נ׳ בהתחלה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לא נכון – אות נחה נכתבת ולא נשמעת, או נעלמת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לא נכון – רומז שחסרה נ׳ בהתחלה (פ״נ)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דגש באות הראשונה ← נ׳ חסרה (נ־פ־ל); בלי דגש ← י/ו באמצע (ק־י/ו־ם).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צעדים בסדר נכון, שורש נכון, נימוק לפי סימן (דגש / אות נחה / „הוא אתמול”).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🏆 שיטת הבלש · חידון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בדף הזה נתרגל חידון. אפשר להיעזר בבנק המילים. עובדים לאט, שלב אחרי שלב. 🙂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ב־י/ו־ן  |  ב־נ־י/ה  |  ז־י/ו־ז  |  ט־י/ו־ס  |  י/ו־ב־ל  |  י/ו־ד־ע  |  י/ו־ל־ד  |  י/ו־ס־ף  |  י/ו־ר־ד  |  י/ו־ש־ב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שאלות אמריקאיות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הקיפו את התשובה הנכונה.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1. מה השורש של „נִבְנָה”?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ב־י/ו־נ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ב־נ־י/ה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י/ו־ב־נ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2. מה השורש של „הֵרִים”?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ר־י/ו־ם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נ־ר־ם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ר־ם־י/ה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3. לאיזו גזרה שייך „לְהוֹרִיד”?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פ״י/ו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ע״ו/י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פ״נ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4. לאיזו גזרה שייך „הֵעִיר”?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ע״ו/י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פ״י/ו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ל״ה/י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5. מה עושים בצעד הראשון?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מעבירים ל„הוא אתמול”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סופרים אותיות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מוסיפים י/ו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6. נשארו 2 אותיות ויש דגש בראשונה. מה חסר?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נ׳ בהתחלה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י/ו באמצע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ה׳ בסוף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נכון או לא נכון?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סמנו נכון / לא נכון. אם לא נכון – תקנו בעל פה או בשוליים.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הצעד הראשון בשיטת הבלש הוא להעביר את הפועל ל„הוא אתמול”.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אות נחה היא אות שנכתבת ותמיד נשמעת.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אם אחרי השמטת המוספיות נשארו 2 אותיות בלי דגש – חסרה י/ו באמצע.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דגש באות הראשונה שנשארה רומז שחסרה ה׳ בסוף.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שאלות פתוחות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1. הסבירו מה ההבדל בין הִפִּיל להֵקִים בדרך למציאת השורש.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השאלה הכי קשה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איזו שאלה בחידון הייתה הכי קשה? הסבירו מה הטעה ואיך תזהו בפעם הבאה.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כתבו את הכלל במילים שלכם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השורש של „הֵרִים” הוא: 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הסימן שהכי עוזר לי לזהות את הגזרה: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דבר אחד שעדיין מבלבל אותי: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שיטת הבלש · חידון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