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י/ו־ש־ב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נ־צ־ל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צ־פ־י/ה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ב־נ־י/ה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ש־י/ו־ר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שיטת הבלש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האות החסרה.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___־ש־ב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___־צ־ל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צִפּוּ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צ־פ־___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לָשִׁיר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ש־___־ר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„הוֹבִיל” – השורש ___־ב־ל.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„הֵקִימוּ” – השורש ק־___־ם.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„הֵכִין” – השורש כ־___־ן.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„הֵזִיזוּ” – השורש ז־___־ז.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קָם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הִשְׁקָה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בָּנוּ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„הֵזִיזוּ”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האות החסרה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