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האות החסרה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🔍 האות החסרה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כ־י/ו־ן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בהתחלה · י/ו־ד־ע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ק־י/ו־ם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פ־נ־י/ה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שיטת הבלש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האות החסרה.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כ־___־ן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הוֹדִיעוּ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___־ד־ע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יָקוּם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„הִבִּיט” – השורש ___־ב־ט.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„שָׁתָה” – השורש ש־ת־___.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„הֵבַנְתִּי” – השורש ב־___־ן.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שַׂמְתִּי את הספר על המדף.  ←  הפועל: שַׂמְתִּי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השומר כִּבָּה את האורות בסוף היום.  ←  הפועל: כִּבָּה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„נִבְנָה”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האות החסרה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