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(שיטת הבלש).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י/ו־ע־ץ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פועל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התפעל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י/ו־ס־ד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י/ו־ט־ב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שיטת הבלש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התאמה – שיטת הבלש: איך מוצאים שורש חסר.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נ־ס־ע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י/ו־ע־ץ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נוֹעָץ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ש־ת־י/ה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יִקְנוּ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נ־כ־ר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ק־נ־י/ה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נָסַעְנוּ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ק־י/ו־ם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הֵבַנְתִּי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התפעל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עוֹדְדָה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הופעל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הִתְכּוֹנַנּוּ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הֻגַּשׁ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פועל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הפעיל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מועדון המדע נוֹסַד לפני עשר שנים.  ←  הפועל: נוֹסַד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הציפורים מִתְרוֹמְמוֹת מעל העצים.  ←  הפועל: מִתְרוֹמְמוֹת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התרגול היומי הֵיטִיב עם הזיכרון שלי.  ←  הפועל: הֵיטִיב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„יָרַד”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התאמה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